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Why We Regroup: Trading Ten Ones</w:t>
      </w:r>
    </w:p>
    <w:p>
      <w:pPr>
        <w:spacing w:after="200"/>
        <w:jc w:val="center"/>
      </w:pPr>
      <w:r>
        <w:rPr>
          <w:b w:val="0"/>
          <w:i/>
          <w:sz w:val="20"/>
        </w:rPr>
        <w:t>5/6 Mathematics  -  Carry the One: Adding with Regrouping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You have 4 tens and 16 ones. Trade so no column has 10 or more. What number is it?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Add 47 + 35. Draw your blocks and show the trade.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Show 2.7 + 0.5 with tenths. How many tenths make 1 whole?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trade 10 ones for 1 ten.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